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בונים יחידת לימוד דיגיטלית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בונים יחידת לימוד דיגיטלית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שלושת עקרונות היסוד של יחידת לימוד עצמאית ולזהות אותם בדוגמה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שמונת שלבי הבנייה ואת מילוי תבנית היחידה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מטמיעים פעילות ביחידה ואיך מתאימים אותה למסלולים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בקשה (פרומפט) לבניית כלי דיגיטלי קטן ליחידה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למה יחידה עצמאית ו-3 עקרונות יסוד – מה זוכרים?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בחירה ודיפרנציאציה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כל אחד בקצב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מתמקדים בנושא אחד וחוקרים אותו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מסתובב בין הקבוצות ושואל שאלות פתוחות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למה יחידה עצמאית ו-3 עקרונות יסוד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אחריות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למה יחידה עצמאית ו-3 עקרונות יסוד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המקשרת יתרון (למשל קצב אישי או בחירת תוצר) לפעילות ביחידה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בחירה ודיפרנציאציה – התאמת משימות ואפשרויות; משוב ורפלקציה – בדיקה וחשיבה על הלמידה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 המבחינה בין חלק עצמאי לחלק הדורש הנחיה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מתלמיד שמסיים מהר וממשיך להעשרה, ועד תלמיד שחוזר ומתרגל לפי הצורך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מסלול הבנייה ב-8 שלבים ותבנית היחידה – היכרות עם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בוחרים 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שהוא מופיע בתוכנית הלימודים ורחב מספיק לחקירה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פתיחה מסקרנת, ידע בסיס, העמקה, יישום וסיכום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מסלול הבנייה ב-8 שלבים ותבנית היחידה – התאמה ומילוי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(נושא ממוקד מתוך תוכנית הלימודים)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(ניסוח בפעלים שאפשר לבדוק)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(בדיקת שכבה, זמן והתאמות נדרשות)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(רצף תחנות מפתיחה ועד סיכום)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(הסבר קצר, מקור והוראות לכל תחנה)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מסלול הבנייה ב-8 שלבים ותבנית היחידה – השלמת משפטים וסידור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תוצר וסיכום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הטמעת פעילויות וגלריית משימות – הבנת מושג ההטמעה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&lt;iframe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להכניס פעילות מאתר אחר לתוך עמוד ביחידה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שיתוף ← הטמעה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הוספה ← הטמעה / קוד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הטמעת פעילויות וגלריית משימות – תרגול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הפעילות מופיעה בתוך העמוד עצמו, כמו חלון, בלי לצאת ממנו.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מוסיפים הוראה ברורה לחזור ליחידה ולסמן שסיימו.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צריך גם לקבוע גובה חלון ושם קצר לפעילות עבור קוראי מסך.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הטמעת פעילויות וגלריית משימות – יישום וסדר פעולות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הטמעה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הטמעה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הטמעת פעילויות וגלריית משימות – התאמת פעילויות מהגלריה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(מבוסס על נושא מסע של טיפה)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(עוסק במחזור המים)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(מקום לכתוב ולשתף רעיונות ותשובות)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(יוצר קוד iframe לפי כתובת הפעילות)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9 מסלולים והתאמות נגישות – שאלות 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השכבה וסוג 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מילון תמונות ומילים יומיומיות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9 מסלולים והתאמות נגישות – התאמות לפי 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בחנ"מ אין שעון, יש רמז מדורג בלי לחץ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אחת ההתאמות שמוזכרות למסלול הזה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בחט"ב רגיל יש בחירה בין שלושה תוצרים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9 מסלולים והתאמות נגישות – התאמה בין מסלול למאפיין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(מיון לקטגוריות ומפת מושגים)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(רמזים מדורגים וצבעים קבועים לסיבה ותוצאה)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(מחסן מילות קישור צבעוני לפי תפקיד)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(משחקים קצרים וכפתורים גדולים)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(מילון תמונות קופץ במגע על מילה)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9 מסלולים והתאמות נגישות – השלמת 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בונה פרומפטים לאפליקציה חינוכית – היכרות עם הכלי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ממלאים טופס ומקבלים בקשה מלוטשת להדבקה בכלי 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עד 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בונה פרומפטים לאפליקציה חינוכית – מילוי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צריך להעתיק את הפרומפט ולהדביק אותו בכלי שיחה חיצוני שבונה את האפליקציה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בטופס מופיעות אפשרויות קהל יעד מגוונות: תלמידים, מורים, הורים, רכזים, צוות חינוכי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בונה פרומפטים לאפליקציה חינוכית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בונה פרומפטים לאפליקציה חינוכית – 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(מתאים לעולים חדשים או לתלמידים צעירים)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(סגנון עיצוב המתאים לחנ״מ)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(התאמת נגישות לקריאה)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(התאמה לעולים חדשים)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(סגנון עיצוב לתיכון ולמורים)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ניתוח יחידה לדוגמה: מסע של טיפה – היכרות עם היחידה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הטיפה מאדה ומתעבה בשמיים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מחממת את המים וגורמת לאידוי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לשלושה עקרונות מדויקים עם דוגמה רלוונטית מהיחידה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לרצף נכון: נושא-מטרות-לומדים-מפת שיעורים-תוכן-משימות-הערכה-פרסום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להסבר שמדובר בשורת קוד שמציגה פעילות חיצונית בתוך עמוד היחידה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לשני מפגשים: פרק 1-3 במפגש ראשון, פרק 4-6 במפגש 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למשתתפים מתקדמים אפשר להוסיף משימת בונוס: תכנון תחנה נוספת ליחידה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למשתתפים שזקוקים לתמיכה כדאי להתמקד בתבנית המוכנה (פרק 2) ולדלג על פרק 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בכל פרק דיון קצר בזוגות לפני מעבר למשימה הכתובה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בונים יחידת לימוד דיגיטלית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בונים יחידת לימוד דיגיטלית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פרק יש משימות קצרות על בניית יחידת לימוד. עשו את המשימות לפי הסדר. בסוף כל פרק בדקו את התשובות.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יחידת לימוד עצמאית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מסלול למידה מסודר שתלמידים עוברים לבד בקצב שלהם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עיקרון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 יסוד שמנחה את בניית היחידה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דיפרנציאציה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התאמת המשימות לרמות וצרכים שונים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רפלקציה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חשיבה והבעת דעה על מה שלמדתי ואיך למדתי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קטע אחד ביחידה עם מטרה, הסבר ומשימה משלו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קוד הטמעה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שורת קוד (iframe) שמכניסה פעילות מאתר אחר לתוך עמוד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חנ״מ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חינוך מיוחד – התאמות כמו הקראה ורמזים מדורגים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רשימת התקדמות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תחנות שסימנו שהושלמו ביחידה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טבלה שמראה איך מעריכים את התוצר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פרומפט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בקשה כתובה המנוסחת לכלי שיחה כדי לקבל תוצר מסוים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למה יחידה עצמאית ו-3 עקרונות יסוד – מה זוכרים?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יתרונות יש ללמידה עצמאית?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עיקרון קשור לבחירת משימות?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מבנה ומטרות ברורים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בחירה ודיפרנציאציה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משוב ורפלקציה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עומק במקום רוחב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יתרון קשור לקצב למידה 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רלוונטיות ועניין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אחד בקצב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אחריות על הלמידה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נכס שחוזר כל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"עומק במקום רוחב"?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מתמקדים בנושא אחד וחוקרים אותו לעומק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עוברים על הרבה נושאים בקצרה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לומדים רק מהספר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בודקים ידע בסוף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תפקיד המורה בזמן העבודה העצמאית?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מסתובב בין הקבוצות ושואל שאלות פתוחות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יוצא מהכיתה עד סוף השיעור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מלמד שיעור פרונטלי לכל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עושה דבר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למה יחידה עצמאית ו-3 עקרונות יסוד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העיקרון "__________ ומטרות ברורים" דואג שלכל תחנה תהיה כותרת ומטרה קטנה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יחידה שמשתפרת משנה לשנה ועוברת בקלות לעמיתים נקראת "__________ שחוזר כל שנה"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קריאת מקור, ניסוי וניתוח יצירה שייכים ליתרון "מיומנויות של תחום ה__________"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העיקרון שבו התלמידים חושבים מה למדו ומה היה קשה נקרא "משוב ו__________"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היתרון שבו תלמידים מתכננים זמן ובוחרים משימות בעצמם נקרא "__________ על הלמידה"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למה יחידה עצמאית ו-3 עקרונות יסוד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יתרון אחד מתוך השישה והסבירו איך הוא בא לידי ביטוי ביחידה מסע של טיפה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במשפט אחד מה ההבדל בין העיקרון בחירה ודיפרנציאציה לעיקרון משוב ורפלקציה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נושא שאתם לומדים ואמרו אילו חלקים בו אפשר ללמוד לבד ואילו דורשים נוכחות מורה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המשמעות של היתרון כל אחד בקצב שלו? תנו דוגמה ממצב 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מסלול הבנייה ב-8 שלבים ותבנית היחידה – היכרות עם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קודם 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בוחרים 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בונים גושי תוכן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משלבים משימות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מגדירים מטרות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חשוב בנושא ליחידה?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שהוא מופיע בתוכנית הלימודים ורחב מספיק לחקירה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שהוא קשה במיוחד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שאין עליו שום חומר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שהוא מתאים לשיעור בודד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סדר התחנות ביחידה?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פתיחה מסקרנת, ידע בסיס, העמקה, יישום וסיכום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מבחן מסכם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פתיחה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ציונים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מסלול הבנייה ב-8 שלבים ותבנית היחידה – התאמה ומילוי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בוחרים נושא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הסבר קצר, מקור והוראות לכל תחנה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מגדירים מטרות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רצף תחנות מפתיחה ועד סיכום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מכירים את הלומדים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ניסוח בפעלים שאפשר לבדוק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משרטטים מפת שיעורים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נושא ממוקד מתוך תוכנית הלימודים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בונים גושי תוכן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בדיקת שכבה, זמן והתאמות נדרשות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מסלול הבנייה ב-8 שלבים ותבנית היחידה – השלמת משפטים וסידור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בכל תחנה בתבנית היחידה מופיעים כותרת, מטרה, הסבר, מקור, משימה ו-__________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מפת היחידה בתבנית בנויה מחמש תחנות: פתיחה מסקרנת, ידע בסיס, העמקה, יישום ו-__________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הטמעת פעילויות וגלריית משימות – הבנת מושג ההטמעה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הראשונה בקוד הטמעה?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&lt;div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&lt;iframe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&lt;script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&lt;embed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'להטמיע' פעילות?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למחוק את הפעילות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להכניס פעילות מאתר אחר לתוך עמוד ביחידה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להדפיס את הפעילות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לשלוח את הפעילות במייל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לוחצים כדי לקבל את הקוד?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הדפסה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שיתוף ← הטמעה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ניקוי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מדביקים את הקוד בבונה האתרים?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הוספה ← הטמעה / 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עריכה ← מחיקה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שיתוף ← הדפסה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הגדרות ← שפה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הטמעת פעילויות וגלריית משימות – תרגול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פעילות מוטמעת גורמת לתלמידים לצאת מהיחידה לדף אחר.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אין קוד הטמעה לפעילות, אפשר להוסיף קישור שנפתח בלשונית חדשה.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מחולל קוד ההטמעה דורש רק את כתובת הפעילות, בלי שום פרט נוסף.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הטמעת פעילויות וגלריית משימות – יישום וסדר 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בבונה האתרים הכיתתי לוחצים על "הוספה ← __________ / קוד" כדי להדביק את קוד הפעילות.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בכלי הפעילות עצמו לוחצים על "שיתוף ← __________" כדי לקבל את הקוד להעתקה.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הטמעת פעילויות וגלריית משימות – התאמת פעילויות מהגלריה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חדר בריחה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עוסק במחזור המים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חידון מהיר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לכתוב ולשתף רעיונות ותשובות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קיר שיתופי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יוצר קוד iframe לפי כתובת הפעילות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מחולל קוד הטמעה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מבוסס על נושא מסע של טיפה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9 מסלולים והתאמות נגישות – שאלות פתיחה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סוגי מסלולים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משנה את המסלול?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השכבה וסוג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בשבוע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מאפיין את מסלול עולים חדשים בעיקר?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שעון לחץ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מילון תמונות ומילים יומיומיות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מבחן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בלי הוראות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9 מסלולים והתאמות נגישות – התאמות לפי 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במסלול חנ"מ יש שעון לחץ זמן בכל משימה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במסלול יסודי חנ"מ יש כפתור הקראה ליד כל טקסט ומשימה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בחט"ב רגיל התלמידים בוחרים תוצר אחד בלבד מתוך שניים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9 מסלולים והתאמות נגישות – התאמה בין מסלול למאפיין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חט"ב רגיל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מחסן מילות קישור צבעוני לפי תפקיד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חט"ב חנ"מ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מילון תמונות קופץ במגע על מילה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חט"ב עולים חדשים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משחקים קצרים וכפתורים גדולים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יסודי רגיל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מיון לקטגוריות ומפת מושגים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יסודי עולים חדשים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רמזים מדורגים וצבעים קבועים לסיבה ותוצאה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9 מסלולים והתאמות נגישות – השלמת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בחנ"מ מופיע רמז מדורג אחרי __________ טעויות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בחט"ב רגיל התלמידים בוחרים בין __________ תוצרים שונים: קומיקס, הקלטה או כרזה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בונה פרומפטים לאפליקציה חינוכית – היכרות עם הכלי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משמש בונה הפרומפטים?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בונה אפליקציה מוכנה בעצמו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ממלאים טופס ומקבלים בקשה מלוטשת להדבקה בכלי שיחה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מדפיס דף תרגול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מחליף את המורה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שדות אפשר להגדיר בטופס של האפליקציה עצמה?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עד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עד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עד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הגבלה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בונה פרומפטים לאפליקציה חינוכית – מילוי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מילוי הטופס, האפליקציה נבנית מיד באתר בלי צעד נוסף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קהל יעד כמו הורים או רכזים, לא רק 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בונה פרומפטים לאפליקציה חינוכית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שמשתפים את כל הכיתה, כדאי לבדוק את האפליקציה עם __________ אחד או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שהאפליקציה מוכנה, מדביקים בכלי השיחה את פרומפט ה__________ לסבב השני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בונה פרומפטים לאפליקציה חינוכית – 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עברית פשוטה וקצרה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סגנון עיצוב המתאים לחנ״מ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רגוע ומינימליסטי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התאמת נגישות לקריאה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כפתור הקראה בעברית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התאמה לעולים חדשים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מילון תמונות למילים קשות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סגנון עיצוב לתיכון ולמורים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מקצועי ואלגנטי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מתאים לעולים חדשים או לתלמידים צעירים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ניתוח יחידה לדוגמה: מסע של טיפה – היכרות עם היחידה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תחנות ביחידה?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שיעורים ביחידה?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בתחנה 2?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הטיפה חוזרת לאדמה כמשקעים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הטיפה מאדה ומתעבה בשמיים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התלמידים כותבים רפלקציה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התלמידים בוחרים תוצר 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התפקיד של השמש בתהליך שמתואר ביחידה?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מקררת את 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מחממת את המים וגורמת לאידוי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מורידה משקעים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חוסמת חלחול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לפרט את שלושת עקרונות היסוד של יחידה עצמאית ולתת דוגמה לכל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לתאר את שמונת שלבי הבנייה לפי הסדר הנכון?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מהו קוד הטמעה ולמה הוא משמש?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בונים יחידת לימוד דיגיטלית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